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הצגה עצמית ורושם ראשון 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STAR למענה על שאלות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בתכנון שאלות טובות ומשוב על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הצגה עצמית ורושם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הוא נקבע תוך שניות ומשפיע על המשך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קשר עין וישיבה זקופה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שם, רקע קצר ותכונות מתאימות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להתעדכן על מקום העבודה ולהתכונן לשאלות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ספר/י לי על כישלון ומה למדת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חשוב להציג את עצמכם בקצרה בתחילת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קשר עין וישיבה זקופה משדרים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מצב, משימה, פעולה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שאלות טובות מראות עניין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משוב מסייע לזהות נקודות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בשיטת STAR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(תיאור הרקע או הסיטואציה)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היה צריך לעשות באותו 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(מה עשיתם בפועל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היתה התוצאה של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(מראה עניין אמיתי בתפקיד ובחברה)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התשובה לפי 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לקחת רגע לחשוב על דוגמה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לתאר את המצב (Situation)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מהי המשימה (Task)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לספר אילו פעולות בוצעו (Action)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לסכם מה היתה התוצאה (Result)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כולל שם, רקע קצר, תכונה או כישרון מתאים לתפקיד, 3-4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כולל מצב, משימה, פעולה ותוצאה בצורה ברורה וקצרה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Situation, Task, Action, Result -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עין, ישיבה זקופה, הצגה עצמית ברורה וביטחון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מראה עניין אמיתי ומחשבה על התפקיד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שואל שאלת ראיון והשני עונה לפי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לסימולציה מומלץ להשתמש בכרטיסיות שאלות קשות משיעור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בסבב משוב קצר בעקבות שיעור 3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מתכוננים לראיון עבודה: איך מציגים את עצמנו, איך עונים על שאלות קשות, ואיך נותנים משוב.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עבודה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מועמד למעסיק לפני קבלה לתפקיד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תנועות, ישיבה וקשר עין שמשדרים מסר בלי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ההתרשמות הראשונה שנוצרת תוך שניות ספורות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שיטת 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לענות עם דוגמה: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חוזקות וחולשות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תכונות טובות ותכונות שצריך לשפר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סימולציה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ראיון מלא כמו במציאות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להשתפר אחרי תרגול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הצגה עצמית ורושם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איך נראים בהתחלה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נקבע תוך שניות ומשפיע על המשך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משנה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נקבע רק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תלוי רק בתעודות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כדאי לעשות עם הגוף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 עין וישיבה זקופה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הסתכלות על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ישיבה שפופה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דיבור מהיר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כדאי לספר על עצמנו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שם, רקע קצר ותכונות מתאימות לתפקיד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גיל ומצב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תלונות על מקום עבודה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פרטים אישיים לא רלוונטיים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כדאי לעשות לפני שמגיעים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להתעדכן על מקום העבודה ולהתכונן לשאלות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להגיע בלי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להגיע באיחור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לשאול שום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היא שאלה קשה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ספר/י לי על כישלון ומה למדת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השעה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מגיעים למשרד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ימי חופש 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להתחיל ראיון בלי להציג את עצמנו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גוף משפיעה על הרושם שמשאירים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STAR עוזרת לענות עם דוגמה מובנית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טעם לשאול שאלות בסוף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אחרי סימולציית ראיון יכול לעזור להשתפר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שיעור 1 עוסק ברושם הראשון וב__________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בשיעור 2 מתרגלים דוגמאות לפי שיטת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שיעור 3 כולל סימולציית ראיון ו__________ בסופה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חשוב לשים לב לשפת ה__________ במהלך הראיון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שלב בשיטת STAR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S -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היה צריך לעשות באותו 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T -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היתה התוצאה של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A -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מראה עניין אמיתי בתפקיד ובחברה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R -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הרקע או הסיטואציה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שאלה טובה בסוף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עשיתם בפועל כדי להתמודד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התשובה לפי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מהי המשימה (Task)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רגע לחשוב על דוגמה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מה היתה התוצאה (Result)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את המצב (Situation)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אילו פעולות בוצעו (Action)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'ספר/י על עצמך' קצר שיתאים לפתיחת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שאלה קשה (למשל על חולשה) וכתבו תשובה לפי שיטת STAR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כל אות בשיטת STAR?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כדי לשפר רושם ראשון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לשאול שאלות בסוף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