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הצגה עצמית ורושם ראשון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STAR למענה על שאלות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בתכנון שאלות טובות ומשוב על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הצגה עצמית ורושם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נקבע תוך שניות ומשפיע על המשך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שם, רקע קצר ותכונות מתאימות לתפקיד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להציג את עצמכם בקצרה בתחילת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קשר עין וישיבה זקופה משדרים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בשיטת STAR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הרקע או הסיטואציה)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עשיתם בפועל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(מראה עניין אמיתי בתפקיד ובחברה)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התשובה לפי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לקחת רגע לחשוב על 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לתאר את המצב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אילו פעולות בוצעו (Action)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כולל שם, רקע קצר, תכונה או כישרון מתאים לתפקיד, 3-4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Situation, Task, Action, Result -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עין, ישיבה זקופה, הצגה עצמית ברורה וביטחון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עניין אמיתי ומחשבה על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שואל שאלת ראיון והשני עונה לפי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לסימולציה מומלץ להשתמש בכרטיסיות שאלות קשות משיעור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משוב קצר בעקבות שיעור 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שלומדים בשלושת מערכי השיעור: רושם ראשון ושפת גוף, מענה לשאלות קשות בשיטת STAR, ותרגול סימולציה ומשוב.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הצגה  ·  משוב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הצגה עצמית ורושם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רושם ראשון חשוב בראיון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נקבע תוך שניות ומשפיע על המשך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לא משנה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נקבע רק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כדאי לכלול ב'ספר/י על עצמך'?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שם, רקע קצר ותכונות מתאימות לתפקיד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גיל ומצב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תלונות על מקום עבודה קודם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להתחיל ראיון בלי להציג את עצמנו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שפת גוף משפיעה על הרושם שמשאירים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שיעור 1 עוסק ברושם הראשון וב__________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שיעור 3 כולל סימולציית ראיון ו__________ בסופה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שלב בשיטת STAR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S -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עשיתם בפועל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A -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מראה עניין אמיתי בתפקיד ובחברה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שאלה טובה בסוף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תיאור הרקע או הסיטואציה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התשובה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אילו פעולות בוצעו (Action)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לקחת רגע לחשוב על דוגמה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לתאר את המצב (Situation)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'ספר/י על עצמך' קצר שיתאים לפתיחת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כל אות בשיטת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לעשות כדי לשפר רושם ראשון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